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orlage gutschein hotel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