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orlage ostern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