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vorlage wunschgutschein weihnacht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