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n zum prickeln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