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eihnachtliche fensterbilder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