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weihnachtliche fensterbilder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