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weihnachtliche fensterbilder vorlagen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