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liche fensterbilder vorl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