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indow color vorlagen weihnachten fu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