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dow color vorlagen weihnacht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