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dow color vorlagen weihnachten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