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indow color vorlagen weihnach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