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18 geburtstag einladung vorlage fur ausdruck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