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20 geburtstag einladung vorlage zum au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