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60 geburtstag einladung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