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80 geburtstag einladung pdf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