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Ägypten deckbla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