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ntinskarte vorlage zum ausdruck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