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egypten deckblatt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