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rbeitslehre deckblätt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