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biologie deckblatt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