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ologie deckbla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