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emie deckblatt selber 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