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chemie deckblatt zum 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