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deckblatt für politische bildung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