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att physik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