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ätter für math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