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70 geburtsta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