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einladung 70 geburtstag vorlage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