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elternabend vorlage fü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