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elternabend vorlage zum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