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einladung hochzeit vorlage kostenlos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