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hochzeit vorl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