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lterngespräch einladung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