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rdkunde deckblatt erd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