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rdkunde deckblatt er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