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euer deckblatt zum auslad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