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burtstag einladu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