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burtstag einlad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