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ographie deckblatt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