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schichte deckblatt griechenland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