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schichte deckblätt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