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für ein frühstück vorlage pdf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