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ein frühstück vorlage wor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