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ur fahrrad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