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für friseur vorlage grati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