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ür friseur vorlag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