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konzert vorlag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