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urlaub vorlage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