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für ausdruck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